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A380" w14:textId="77777777" w:rsidR="0066218F" w:rsidRPr="0066218F" w:rsidRDefault="002F440D" w:rsidP="0066218F">
      <w:pPr>
        <w:pStyle w:val="Nzev"/>
        <w:jc w:val="center"/>
        <w:rPr>
          <w:b/>
          <w:bCs/>
        </w:rPr>
      </w:pPr>
      <w:r w:rsidRPr="0066218F">
        <w:rPr>
          <w:b/>
          <w:bCs/>
        </w:rPr>
        <w:t>Anatomie knihy</w:t>
      </w:r>
    </w:p>
    <w:p w14:paraId="2846DC1E" w14:textId="6909B689" w:rsidR="0066218F" w:rsidRDefault="0066218F" w:rsidP="0066218F">
      <w:pPr>
        <w:pStyle w:val="Nzev"/>
        <w:jc w:val="center"/>
      </w:pPr>
      <w:r w:rsidRPr="0066218F">
        <w:rPr>
          <w:b/>
          <w:i/>
          <w:iCs/>
          <w:sz w:val="28"/>
          <w:szCs w:val="28"/>
        </w:rPr>
        <w:t>od nápadu až ke čtenáři</w:t>
      </w:r>
    </w:p>
    <w:p w14:paraId="63AD1220" w14:textId="6796BF61" w:rsidR="001F235D" w:rsidRDefault="007F06BA" w:rsidP="00090366">
      <w:pPr>
        <w:jc w:val="center"/>
      </w:pPr>
      <w:r>
        <w:t>o</w:t>
      </w:r>
      <w:r w:rsidR="002F440D">
        <w:t>n</w:t>
      </w:r>
      <w:r w:rsidR="005030E3">
        <w:t>-</w:t>
      </w:r>
      <w:r w:rsidR="0066218F">
        <w:t>li</w:t>
      </w:r>
      <w:r w:rsidR="002F440D">
        <w:t>ne kur</w:t>
      </w:r>
      <w:r w:rsidR="00A92DB9">
        <w:t xml:space="preserve">z </w:t>
      </w:r>
      <w:r w:rsidR="005A6785">
        <w:t>- úterky</w:t>
      </w:r>
      <w:r w:rsidR="002B20C1">
        <w:t xml:space="preserve"> </w:t>
      </w:r>
      <w:r w:rsidR="005A6785">
        <w:t>18</w:t>
      </w:r>
      <w:r w:rsidR="002F440D">
        <w:t>:00</w:t>
      </w:r>
      <w:r w:rsidR="0066218F">
        <w:t>–</w:t>
      </w:r>
      <w:r w:rsidR="005A6785">
        <w:t>20</w:t>
      </w:r>
      <w:r w:rsidR="002F440D">
        <w:t>:00</w:t>
      </w:r>
      <w:r w:rsidR="00090366">
        <w:t xml:space="preserve"> hod.</w:t>
      </w:r>
    </w:p>
    <w:p w14:paraId="566283DC" w14:textId="5A9DB50E" w:rsidR="00556536" w:rsidRDefault="00556536" w:rsidP="00090366">
      <w:pPr>
        <w:jc w:val="center"/>
      </w:pPr>
      <w:r>
        <w:t xml:space="preserve">Lektoři: </w:t>
      </w:r>
      <w:r w:rsidR="003817FF">
        <w:t xml:space="preserve">Eva Musilová, Jana Jelínková, </w:t>
      </w:r>
      <w:r w:rsidR="00321F55">
        <w:t xml:space="preserve">Mgr. </w:t>
      </w:r>
      <w:r w:rsidR="003C497B">
        <w:t xml:space="preserve">Alena Vorlíčková, </w:t>
      </w:r>
      <w:r w:rsidR="001D0C15">
        <w:t xml:space="preserve">Bc. </w:t>
      </w:r>
      <w:r w:rsidR="003C497B">
        <w:t xml:space="preserve">Karolína Čiklová, Anežka </w:t>
      </w:r>
      <w:r w:rsidR="00E7298F">
        <w:t>Mai Viverosová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8"/>
        <w:gridCol w:w="1843"/>
        <w:gridCol w:w="8358"/>
        <w:gridCol w:w="1311"/>
      </w:tblGrid>
      <w:tr w:rsidR="001F235D" w14:paraId="36D0B4F8" w14:textId="77777777" w:rsidTr="006611F3">
        <w:trPr>
          <w:jc w:val="center"/>
        </w:trPr>
        <w:tc>
          <w:tcPr>
            <w:tcW w:w="1808" w:type="dxa"/>
          </w:tcPr>
          <w:p w14:paraId="019D317E" w14:textId="77777777" w:rsidR="001F235D" w:rsidRPr="007F06BA" w:rsidRDefault="002F440D" w:rsidP="007F06BA">
            <w:pPr>
              <w:jc w:val="center"/>
              <w:rPr>
                <w:b/>
                <w:bCs/>
              </w:rPr>
            </w:pPr>
            <w:r w:rsidRPr="007F06BA">
              <w:rPr>
                <w:b/>
                <w:bCs/>
              </w:rPr>
              <w:t>Datum</w:t>
            </w:r>
          </w:p>
        </w:tc>
        <w:tc>
          <w:tcPr>
            <w:tcW w:w="1843" w:type="dxa"/>
          </w:tcPr>
          <w:p w14:paraId="0680566A" w14:textId="77777777" w:rsidR="001F235D" w:rsidRPr="007F06BA" w:rsidRDefault="002F440D" w:rsidP="007F06BA">
            <w:pPr>
              <w:jc w:val="center"/>
              <w:rPr>
                <w:b/>
                <w:bCs/>
              </w:rPr>
            </w:pPr>
            <w:r w:rsidRPr="007F06BA">
              <w:rPr>
                <w:b/>
                <w:bCs/>
              </w:rPr>
              <w:t>Čas</w:t>
            </w:r>
          </w:p>
        </w:tc>
        <w:tc>
          <w:tcPr>
            <w:tcW w:w="8358" w:type="dxa"/>
            <w:tcBorders>
              <w:right w:val="nil"/>
            </w:tcBorders>
          </w:tcPr>
          <w:p w14:paraId="047FD75C" w14:textId="6B347F41" w:rsidR="001F235D" w:rsidRPr="007F06BA" w:rsidRDefault="002F440D" w:rsidP="007F06BA">
            <w:pPr>
              <w:jc w:val="center"/>
              <w:rPr>
                <w:b/>
                <w:bCs/>
              </w:rPr>
            </w:pPr>
            <w:r w:rsidRPr="007F06BA">
              <w:rPr>
                <w:b/>
                <w:bCs/>
              </w:rPr>
              <w:t>Témata</w:t>
            </w:r>
          </w:p>
        </w:tc>
        <w:tc>
          <w:tcPr>
            <w:tcW w:w="1311" w:type="dxa"/>
            <w:tcBorders>
              <w:left w:val="nil"/>
            </w:tcBorders>
          </w:tcPr>
          <w:p w14:paraId="3775A1E6" w14:textId="6D961688" w:rsidR="001F235D" w:rsidRPr="007F06BA" w:rsidRDefault="001F235D" w:rsidP="007F06BA">
            <w:pPr>
              <w:jc w:val="center"/>
              <w:rPr>
                <w:b/>
                <w:bCs/>
              </w:rPr>
            </w:pPr>
          </w:p>
        </w:tc>
      </w:tr>
      <w:tr w:rsidR="001F235D" w14:paraId="7A891DAB" w14:textId="77777777" w:rsidTr="006611F3">
        <w:trPr>
          <w:jc w:val="center"/>
        </w:trPr>
        <w:tc>
          <w:tcPr>
            <w:tcW w:w="1808" w:type="dxa"/>
          </w:tcPr>
          <w:p w14:paraId="7FBB703F" w14:textId="550F7ED8" w:rsidR="001F235D" w:rsidRDefault="009A596D" w:rsidP="007F06BA">
            <w:pPr>
              <w:jc w:val="center"/>
            </w:pPr>
            <w:r>
              <w:t>13</w:t>
            </w:r>
            <w:r w:rsidR="002F440D">
              <w:t>.10.2026</w:t>
            </w:r>
          </w:p>
        </w:tc>
        <w:tc>
          <w:tcPr>
            <w:tcW w:w="1843" w:type="dxa"/>
          </w:tcPr>
          <w:p w14:paraId="54CE1F24" w14:textId="49B33EC4" w:rsidR="001F235D" w:rsidRDefault="000F6158" w:rsidP="007F06BA">
            <w:pPr>
              <w:jc w:val="center"/>
            </w:pPr>
            <w:r>
              <w:t>18</w:t>
            </w:r>
            <w:r w:rsidR="002F440D">
              <w:t>:00</w:t>
            </w:r>
            <w:r w:rsidR="001C2B23">
              <w:t>–</w:t>
            </w:r>
            <w:r>
              <w:t>20</w:t>
            </w:r>
            <w:r w:rsidR="002F440D">
              <w:t>:00</w:t>
            </w:r>
          </w:p>
        </w:tc>
        <w:tc>
          <w:tcPr>
            <w:tcW w:w="8358" w:type="dxa"/>
            <w:tcBorders>
              <w:right w:val="nil"/>
            </w:tcBorders>
          </w:tcPr>
          <w:p w14:paraId="028D8478" w14:textId="4B7693A5" w:rsidR="001F235D" w:rsidRDefault="002F440D">
            <w:r>
              <w:t xml:space="preserve">1. hodina: Příběhy: </w:t>
            </w:r>
            <w:r w:rsidR="001C2B23">
              <w:t>P</w:t>
            </w:r>
            <w:r>
              <w:t>roč je psát</w:t>
            </w:r>
            <w:r>
              <w:br/>
              <w:t xml:space="preserve">2. hodina: </w:t>
            </w:r>
            <w:r w:rsidR="00D007A0">
              <w:t xml:space="preserve">Podmínky pro psaní: </w:t>
            </w:r>
            <w:r w:rsidR="00FF0C92">
              <w:t>Jak si je vytvořit a jak pracovat s kritikou</w:t>
            </w:r>
          </w:p>
        </w:tc>
        <w:tc>
          <w:tcPr>
            <w:tcW w:w="1311" w:type="dxa"/>
            <w:tcBorders>
              <w:left w:val="nil"/>
            </w:tcBorders>
          </w:tcPr>
          <w:p w14:paraId="0A1FA1A6" w14:textId="77777777" w:rsidR="001F235D" w:rsidRDefault="001F235D"/>
        </w:tc>
      </w:tr>
      <w:tr w:rsidR="001F235D" w14:paraId="5D9C9972" w14:textId="77777777" w:rsidTr="006611F3">
        <w:trPr>
          <w:jc w:val="center"/>
        </w:trPr>
        <w:tc>
          <w:tcPr>
            <w:tcW w:w="1808" w:type="dxa"/>
          </w:tcPr>
          <w:p w14:paraId="79441B13" w14:textId="697CED5A" w:rsidR="001F235D" w:rsidRDefault="00846F2F" w:rsidP="007F06BA">
            <w:pPr>
              <w:jc w:val="center"/>
            </w:pPr>
            <w:r>
              <w:t>20</w:t>
            </w:r>
            <w:r w:rsidR="002F440D">
              <w:t>.10.2026</w:t>
            </w:r>
          </w:p>
        </w:tc>
        <w:tc>
          <w:tcPr>
            <w:tcW w:w="1843" w:type="dxa"/>
          </w:tcPr>
          <w:p w14:paraId="44CFA376" w14:textId="0884734D" w:rsidR="001F235D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6CBEAD92" w14:textId="1A5A1D06" w:rsidR="001F235D" w:rsidRDefault="002F440D">
            <w:r>
              <w:t>1. hodina: Perspektiva, čas, místo</w:t>
            </w:r>
            <w:r w:rsidR="005C61C7">
              <w:t>: Co a proč promyslet</w:t>
            </w:r>
            <w:r>
              <w:br/>
              <w:t>2. hodina: Budování světa</w:t>
            </w:r>
            <w:r w:rsidR="001C7423">
              <w:t>: Jak ano</w:t>
            </w:r>
            <w:r w:rsidR="001C2B23">
              <w:t>,</w:t>
            </w:r>
            <w:r w:rsidR="001C7423">
              <w:t xml:space="preserve"> jak ne</w:t>
            </w:r>
          </w:p>
        </w:tc>
        <w:tc>
          <w:tcPr>
            <w:tcW w:w="1311" w:type="dxa"/>
            <w:tcBorders>
              <w:left w:val="nil"/>
            </w:tcBorders>
          </w:tcPr>
          <w:p w14:paraId="6A15B3B8" w14:textId="77777777" w:rsidR="001F235D" w:rsidRDefault="001F235D"/>
        </w:tc>
      </w:tr>
      <w:tr w:rsidR="001F235D" w14:paraId="056D4AF1" w14:textId="77777777" w:rsidTr="006611F3">
        <w:trPr>
          <w:jc w:val="center"/>
        </w:trPr>
        <w:tc>
          <w:tcPr>
            <w:tcW w:w="1808" w:type="dxa"/>
          </w:tcPr>
          <w:p w14:paraId="5BB79111" w14:textId="089C3D01" w:rsidR="001F235D" w:rsidRDefault="00846F2F" w:rsidP="007F06BA">
            <w:pPr>
              <w:jc w:val="center"/>
            </w:pPr>
            <w:r>
              <w:t>27</w:t>
            </w:r>
            <w:r w:rsidR="002F440D">
              <w:t>.10.2026</w:t>
            </w:r>
          </w:p>
        </w:tc>
        <w:tc>
          <w:tcPr>
            <w:tcW w:w="1843" w:type="dxa"/>
          </w:tcPr>
          <w:p w14:paraId="2C450D2C" w14:textId="5C47F5B0" w:rsidR="001F235D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70171C36" w14:textId="1BDEBF4D" w:rsidR="001F235D" w:rsidRDefault="002F440D">
            <w:r>
              <w:t xml:space="preserve">1. hodina: </w:t>
            </w:r>
            <w:r w:rsidR="00135AD1">
              <w:t>„</w:t>
            </w:r>
            <w:r>
              <w:t>Hlasy</w:t>
            </w:r>
            <w:r w:rsidR="001C2B23">
              <w:t>“</w:t>
            </w:r>
            <w:r>
              <w:t xml:space="preserve"> postav a autora</w:t>
            </w:r>
            <w:r w:rsidR="001C7423">
              <w:t xml:space="preserve">: </w:t>
            </w:r>
            <w:r w:rsidR="005D74DC">
              <w:t>Jak na</w:t>
            </w:r>
            <w:r w:rsidR="00135AD1">
              <w:t xml:space="preserve"> </w:t>
            </w:r>
            <w:r w:rsidR="005D74DC">
              <w:t>nich zapracovat</w:t>
            </w:r>
            <w:r>
              <w:br/>
              <w:t xml:space="preserve">2. hodina: </w:t>
            </w:r>
            <w:r w:rsidR="008A0398">
              <w:t>„Hlasy“ postav a autora: Jak na nich zapracovat</w:t>
            </w:r>
          </w:p>
        </w:tc>
        <w:tc>
          <w:tcPr>
            <w:tcW w:w="1311" w:type="dxa"/>
            <w:tcBorders>
              <w:left w:val="nil"/>
            </w:tcBorders>
          </w:tcPr>
          <w:p w14:paraId="41A22B8B" w14:textId="77777777" w:rsidR="001F235D" w:rsidRDefault="001F235D"/>
        </w:tc>
      </w:tr>
      <w:tr w:rsidR="001F235D" w14:paraId="0203589F" w14:textId="77777777" w:rsidTr="006611F3">
        <w:trPr>
          <w:jc w:val="center"/>
        </w:trPr>
        <w:tc>
          <w:tcPr>
            <w:tcW w:w="1808" w:type="dxa"/>
          </w:tcPr>
          <w:p w14:paraId="4CE0B20D" w14:textId="2F983BF1" w:rsidR="001F235D" w:rsidRDefault="00846F2F" w:rsidP="007F06BA">
            <w:pPr>
              <w:jc w:val="center"/>
            </w:pPr>
            <w:r>
              <w:t>03</w:t>
            </w:r>
            <w:r w:rsidR="002F440D">
              <w:t>.11.2026</w:t>
            </w:r>
          </w:p>
        </w:tc>
        <w:tc>
          <w:tcPr>
            <w:tcW w:w="1843" w:type="dxa"/>
          </w:tcPr>
          <w:p w14:paraId="631B86E5" w14:textId="4FA93AED" w:rsidR="001F235D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3212E7CB" w14:textId="03B3B19B" w:rsidR="001F235D" w:rsidRDefault="002F440D">
            <w:r>
              <w:t xml:space="preserve">1. hodina: </w:t>
            </w:r>
            <w:r w:rsidR="008A0398">
              <w:t>Postavy: Co o nich potřebuje čtenář vědět, a co už ne</w:t>
            </w:r>
            <w:r>
              <w:br/>
              <w:t xml:space="preserve">2. hodina: </w:t>
            </w:r>
            <w:r w:rsidR="008A0398">
              <w:t>Postavy: Co o nich potřebuje čtenář vědět, a co už ne</w:t>
            </w:r>
          </w:p>
        </w:tc>
        <w:tc>
          <w:tcPr>
            <w:tcW w:w="1311" w:type="dxa"/>
            <w:tcBorders>
              <w:left w:val="nil"/>
            </w:tcBorders>
          </w:tcPr>
          <w:p w14:paraId="1A53201B" w14:textId="77777777" w:rsidR="001F235D" w:rsidRDefault="001F235D"/>
        </w:tc>
      </w:tr>
      <w:tr w:rsidR="001F235D" w14:paraId="13F6815A" w14:textId="77777777" w:rsidTr="006611F3">
        <w:trPr>
          <w:jc w:val="center"/>
        </w:trPr>
        <w:tc>
          <w:tcPr>
            <w:tcW w:w="1808" w:type="dxa"/>
          </w:tcPr>
          <w:p w14:paraId="556B70B3" w14:textId="382B1540" w:rsidR="001F235D" w:rsidRDefault="00846F2F" w:rsidP="007F06BA">
            <w:pPr>
              <w:jc w:val="center"/>
            </w:pPr>
            <w:r>
              <w:t>10</w:t>
            </w:r>
            <w:r w:rsidR="002F440D">
              <w:t>.11.2026</w:t>
            </w:r>
          </w:p>
        </w:tc>
        <w:tc>
          <w:tcPr>
            <w:tcW w:w="1843" w:type="dxa"/>
          </w:tcPr>
          <w:p w14:paraId="15CF71ED" w14:textId="2A4675B5" w:rsidR="001F235D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525254FB" w14:textId="234B835C" w:rsidR="001F235D" w:rsidRDefault="002F440D">
            <w:r>
              <w:t xml:space="preserve">1. hodina: </w:t>
            </w:r>
            <w:r w:rsidR="008A0398">
              <w:t>Zápletka, struktura</w:t>
            </w:r>
            <w:r w:rsidR="00766C5D">
              <w:t>:</w:t>
            </w:r>
            <w:r w:rsidR="008A0398">
              <w:t xml:space="preserve"> Jak text zpracovat po stránce proporční</w:t>
            </w:r>
            <w:r>
              <w:br/>
              <w:t xml:space="preserve">2. hodina: </w:t>
            </w:r>
            <w:r w:rsidR="008A0398">
              <w:t>Zápletka, struktura</w:t>
            </w:r>
            <w:r w:rsidR="00766C5D">
              <w:t>:</w:t>
            </w:r>
            <w:r w:rsidR="008A0398">
              <w:t xml:space="preserve"> Jak text zpracovat po stránce proporční</w:t>
            </w:r>
          </w:p>
        </w:tc>
        <w:tc>
          <w:tcPr>
            <w:tcW w:w="1311" w:type="dxa"/>
            <w:tcBorders>
              <w:left w:val="nil"/>
            </w:tcBorders>
          </w:tcPr>
          <w:p w14:paraId="3B9310C1" w14:textId="77777777" w:rsidR="001F235D" w:rsidRDefault="001F235D"/>
        </w:tc>
      </w:tr>
      <w:tr w:rsidR="001F235D" w14:paraId="654EEC67" w14:textId="77777777" w:rsidTr="006611F3">
        <w:trPr>
          <w:jc w:val="center"/>
        </w:trPr>
        <w:tc>
          <w:tcPr>
            <w:tcW w:w="1808" w:type="dxa"/>
          </w:tcPr>
          <w:p w14:paraId="72CD06E0" w14:textId="6AB5CC72" w:rsidR="001F235D" w:rsidRDefault="00846F2F" w:rsidP="007F06BA">
            <w:pPr>
              <w:jc w:val="center"/>
            </w:pPr>
            <w:r>
              <w:t>17</w:t>
            </w:r>
            <w:r w:rsidR="002F440D">
              <w:t>.11.2026</w:t>
            </w:r>
          </w:p>
        </w:tc>
        <w:tc>
          <w:tcPr>
            <w:tcW w:w="1843" w:type="dxa"/>
          </w:tcPr>
          <w:p w14:paraId="3E8DAD85" w14:textId="6C1E71E6" w:rsidR="001F235D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5C46A1C1" w14:textId="3A1B6F21" w:rsidR="001F235D" w:rsidRDefault="002F440D">
            <w:r>
              <w:t xml:space="preserve">1. </w:t>
            </w:r>
            <w:r w:rsidR="008A0398">
              <w:t>hodina: Inspirace, nabídka, propagace: Velké úsilí při vydání</w:t>
            </w:r>
            <w:r>
              <w:br/>
              <w:t>2. hodina:</w:t>
            </w:r>
            <w:r w:rsidR="008A0398">
              <w:t xml:space="preserve"> Inspirace, nabídka, propagace: Velké úsilí při vydání</w:t>
            </w:r>
          </w:p>
        </w:tc>
        <w:tc>
          <w:tcPr>
            <w:tcW w:w="1311" w:type="dxa"/>
            <w:tcBorders>
              <w:left w:val="nil"/>
            </w:tcBorders>
          </w:tcPr>
          <w:p w14:paraId="1CB84C2C" w14:textId="77777777" w:rsidR="001F235D" w:rsidRDefault="001F235D"/>
        </w:tc>
      </w:tr>
      <w:tr w:rsidR="001F235D" w14:paraId="0BF42513" w14:textId="77777777" w:rsidTr="006611F3">
        <w:trPr>
          <w:jc w:val="center"/>
        </w:trPr>
        <w:tc>
          <w:tcPr>
            <w:tcW w:w="1808" w:type="dxa"/>
          </w:tcPr>
          <w:p w14:paraId="1FD02301" w14:textId="497B727A" w:rsidR="001F235D" w:rsidRDefault="008D2792" w:rsidP="007F06BA">
            <w:pPr>
              <w:jc w:val="center"/>
            </w:pPr>
            <w:r>
              <w:t>24</w:t>
            </w:r>
            <w:r w:rsidR="002F440D">
              <w:t>.11.2026</w:t>
            </w:r>
          </w:p>
        </w:tc>
        <w:tc>
          <w:tcPr>
            <w:tcW w:w="1843" w:type="dxa"/>
          </w:tcPr>
          <w:p w14:paraId="0EDBB34F" w14:textId="670479E4" w:rsidR="001F235D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1D7A9E4A" w14:textId="6185D098" w:rsidR="001F235D" w:rsidRDefault="002F440D">
            <w:r>
              <w:t>1. hodina:</w:t>
            </w:r>
            <w:r w:rsidR="008A0398">
              <w:t xml:space="preserve"> Inspirace, nabídka, propagace: Velké úsilí při vydání</w:t>
            </w:r>
            <w:r>
              <w:t xml:space="preserve"> </w:t>
            </w:r>
            <w:r>
              <w:br/>
              <w:t xml:space="preserve">2. hodina: </w:t>
            </w:r>
            <w:r w:rsidR="009E7077">
              <w:t>Editace; etika, spolupráce na vydání: Nestačí jen knihu napsat</w:t>
            </w:r>
          </w:p>
        </w:tc>
        <w:tc>
          <w:tcPr>
            <w:tcW w:w="1311" w:type="dxa"/>
            <w:tcBorders>
              <w:left w:val="nil"/>
            </w:tcBorders>
          </w:tcPr>
          <w:p w14:paraId="04174664" w14:textId="77777777" w:rsidR="001F235D" w:rsidRDefault="001F235D"/>
        </w:tc>
      </w:tr>
      <w:tr w:rsidR="001F235D" w14:paraId="33050E83" w14:textId="77777777" w:rsidTr="006611F3">
        <w:trPr>
          <w:jc w:val="center"/>
        </w:trPr>
        <w:tc>
          <w:tcPr>
            <w:tcW w:w="1808" w:type="dxa"/>
          </w:tcPr>
          <w:p w14:paraId="303F0CF7" w14:textId="7020B458" w:rsidR="001F235D" w:rsidRDefault="008D2792" w:rsidP="007F06BA">
            <w:pPr>
              <w:jc w:val="center"/>
            </w:pPr>
            <w:r>
              <w:t>01</w:t>
            </w:r>
            <w:r w:rsidR="002F440D">
              <w:t>.12.2026</w:t>
            </w:r>
          </w:p>
        </w:tc>
        <w:tc>
          <w:tcPr>
            <w:tcW w:w="1843" w:type="dxa"/>
          </w:tcPr>
          <w:p w14:paraId="7DE12902" w14:textId="31C50B0D" w:rsidR="001F235D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41EF244B" w14:textId="21B5D6FC" w:rsidR="001F235D" w:rsidRDefault="002F440D">
            <w:r>
              <w:t xml:space="preserve">1. hodina: </w:t>
            </w:r>
            <w:r w:rsidR="009E7077">
              <w:t xml:space="preserve">Vlastní psaní, emoce, části textu </w:t>
            </w:r>
            <w:r w:rsidR="00766C5D">
              <w:t xml:space="preserve">z hlediska </w:t>
            </w:r>
            <w:r w:rsidR="009E7077">
              <w:t>jazyk</w:t>
            </w:r>
            <w:r w:rsidR="00766C5D">
              <w:t>a</w:t>
            </w:r>
            <w:r w:rsidR="009E7077">
              <w:t>: Aby t</w:t>
            </w:r>
            <w:r w:rsidR="00766C5D">
              <w:t>o</w:t>
            </w:r>
            <w:r w:rsidR="009E7077">
              <w:t xml:space="preserve"> chytil</w:t>
            </w:r>
            <w:r w:rsidR="00766C5D">
              <w:t>o</w:t>
            </w:r>
            <w:r w:rsidR="009E7077">
              <w:t xml:space="preserve"> za srdce</w:t>
            </w:r>
            <w:r>
              <w:br/>
              <w:t xml:space="preserve">2. hodina: </w:t>
            </w:r>
            <w:r w:rsidR="009E7077">
              <w:t xml:space="preserve">Vlastní psaní, emoce, části textu </w:t>
            </w:r>
            <w:r w:rsidR="00766C5D">
              <w:t xml:space="preserve">z hlediska </w:t>
            </w:r>
            <w:r w:rsidR="009E7077">
              <w:t>jazyk</w:t>
            </w:r>
            <w:r w:rsidR="00766C5D">
              <w:t>a</w:t>
            </w:r>
            <w:r w:rsidR="009E7077">
              <w:t>: Aby t</w:t>
            </w:r>
            <w:r w:rsidR="00766C5D">
              <w:t>o</w:t>
            </w:r>
            <w:r w:rsidR="009E7077">
              <w:t xml:space="preserve"> chytil</w:t>
            </w:r>
            <w:r w:rsidR="00766C5D">
              <w:t>o</w:t>
            </w:r>
            <w:r w:rsidR="009E7077">
              <w:t xml:space="preserve"> za srdce</w:t>
            </w:r>
          </w:p>
        </w:tc>
        <w:tc>
          <w:tcPr>
            <w:tcW w:w="1311" w:type="dxa"/>
            <w:tcBorders>
              <w:left w:val="nil"/>
            </w:tcBorders>
          </w:tcPr>
          <w:p w14:paraId="0E5020C0" w14:textId="77777777" w:rsidR="001F235D" w:rsidRDefault="001F235D"/>
        </w:tc>
      </w:tr>
      <w:tr w:rsidR="009E7077" w14:paraId="56950E46" w14:textId="77777777" w:rsidTr="006611F3">
        <w:trPr>
          <w:trHeight w:val="541"/>
          <w:jc w:val="center"/>
        </w:trPr>
        <w:tc>
          <w:tcPr>
            <w:tcW w:w="1808" w:type="dxa"/>
          </w:tcPr>
          <w:p w14:paraId="36CBAA74" w14:textId="098F17B3" w:rsidR="009E7077" w:rsidRDefault="008D2792" w:rsidP="007F06BA">
            <w:pPr>
              <w:jc w:val="center"/>
            </w:pPr>
            <w:r>
              <w:t>08</w:t>
            </w:r>
            <w:r w:rsidR="007F06BA">
              <w:t>.12.2026</w:t>
            </w:r>
          </w:p>
        </w:tc>
        <w:tc>
          <w:tcPr>
            <w:tcW w:w="1843" w:type="dxa"/>
          </w:tcPr>
          <w:p w14:paraId="3E56E22F" w14:textId="6F45C8C9" w:rsidR="009E7077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4BC1A00B" w14:textId="17C9545D" w:rsidR="009E7077" w:rsidRDefault="009E7077" w:rsidP="009E7077">
            <w:r>
              <w:t>1. hodina: Grafika: Obálka prodává, úprava textů čtenáře udrží u čtení</w:t>
            </w:r>
          </w:p>
          <w:p w14:paraId="262FE7D6" w14:textId="49C1C922" w:rsidR="009E7077" w:rsidRDefault="009E7077" w:rsidP="009E7077">
            <w:r>
              <w:t>2. hodina: Grafika: Obálka prodává, úprava textů čtenáře udrží u čtení</w:t>
            </w:r>
          </w:p>
        </w:tc>
        <w:tc>
          <w:tcPr>
            <w:tcW w:w="1311" w:type="dxa"/>
            <w:tcBorders>
              <w:left w:val="nil"/>
            </w:tcBorders>
          </w:tcPr>
          <w:p w14:paraId="16DDD084" w14:textId="77777777" w:rsidR="009E7077" w:rsidRDefault="009E7077"/>
        </w:tc>
      </w:tr>
      <w:tr w:rsidR="009E7077" w14:paraId="546FD4A8" w14:textId="77777777" w:rsidTr="006611F3">
        <w:trPr>
          <w:trHeight w:val="541"/>
          <w:jc w:val="center"/>
        </w:trPr>
        <w:tc>
          <w:tcPr>
            <w:tcW w:w="1808" w:type="dxa"/>
          </w:tcPr>
          <w:p w14:paraId="54D6FDCD" w14:textId="7BD7843E" w:rsidR="009E7077" w:rsidRDefault="008D2792" w:rsidP="007F06BA">
            <w:pPr>
              <w:jc w:val="center"/>
            </w:pPr>
            <w:r>
              <w:t>15</w:t>
            </w:r>
            <w:r w:rsidR="007F06BA">
              <w:t>.12.2026</w:t>
            </w:r>
          </w:p>
        </w:tc>
        <w:tc>
          <w:tcPr>
            <w:tcW w:w="1843" w:type="dxa"/>
          </w:tcPr>
          <w:p w14:paraId="56D37C9F" w14:textId="2921479A" w:rsidR="009E7077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288D682F" w14:textId="4FA24FB1" w:rsidR="009E7077" w:rsidRDefault="009E7077">
            <w:r>
              <w:t xml:space="preserve">1. hodina: </w:t>
            </w:r>
            <w:r w:rsidR="007F06BA">
              <w:t>Právní detaily: Na co nezapomenout</w:t>
            </w:r>
          </w:p>
          <w:p w14:paraId="0A60CB83" w14:textId="6C274C53" w:rsidR="009E7077" w:rsidRDefault="009E7077">
            <w:r>
              <w:t xml:space="preserve">2. </w:t>
            </w:r>
            <w:r w:rsidR="007F06BA">
              <w:t>h</w:t>
            </w:r>
            <w:r>
              <w:t>odina:</w:t>
            </w:r>
            <w:r w:rsidR="007F06BA">
              <w:t xml:space="preserve"> Životní cyklus knihy: Kdy se co dělá</w:t>
            </w:r>
          </w:p>
        </w:tc>
        <w:tc>
          <w:tcPr>
            <w:tcW w:w="1311" w:type="dxa"/>
            <w:tcBorders>
              <w:left w:val="nil"/>
            </w:tcBorders>
          </w:tcPr>
          <w:p w14:paraId="3E6C1BB5" w14:textId="77777777" w:rsidR="009E7077" w:rsidRDefault="009E7077"/>
        </w:tc>
      </w:tr>
      <w:tr w:rsidR="009E7077" w14:paraId="3D93FF4F" w14:textId="77777777" w:rsidTr="006611F3">
        <w:trPr>
          <w:trHeight w:val="541"/>
          <w:jc w:val="center"/>
        </w:trPr>
        <w:tc>
          <w:tcPr>
            <w:tcW w:w="1808" w:type="dxa"/>
          </w:tcPr>
          <w:p w14:paraId="17C85DAA" w14:textId="046A2D3C" w:rsidR="009E7077" w:rsidRDefault="00B71A2A" w:rsidP="007F06BA">
            <w:pPr>
              <w:jc w:val="center"/>
            </w:pPr>
            <w:r>
              <w:t>22</w:t>
            </w:r>
            <w:r w:rsidR="007F06BA">
              <w:t>.</w:t>
            </w:r>
            <w:r>
              <w:t>12</w:t>
            </w:r>
            <w:r w:rsidR="007F06BA">
              <w:t>.2027</w:t>
            </w:r>
          </w:p>
        </w:tc>
        <w:tc>
          <w:tcPr>
            <w:tcW w:w="1843" w:type="dxa"/>
          </w:tcPr>
          <w:p w14:paraId="7CBDF7F4" w14:textId="10B3ACB4" w:rsidR="009E7077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3C01A5EF" w14:textId="77777777" w:rsidR="009E7077" w:rsidRDefault="009E7077">
            <w:r>
              <w:t>1. hodina:</w:t>
            </w:r>
            <w:r w:rsidR="007F06BA">
              <w:t xml:space="preserve"> AI: Ne spoluautor, ale dobrý asistent</w:t>
            </w:r>
          </w:p>
          <w:p w14:paraId="1EDE4A7F" w14:textId="02E2DB47" w:rsidR="007F06BA" w:rsidRDefault="007F06BA">
            <w:r>
              <w:t>2. hodina: AI: Ne spoluautor, ale dobrý asistent</w:t>
            </w:r>
          </w:p>
        </w:tc>
        <w:tc>
          <w:tcPr>
            <w:tcW w:w="1311" w:type="dxa"/>
            <w:tcBorders>
              <w:left w:val="nil"/>
            </w:tcBorders>
          </w:tcPr>
          <w:p w14:paraId="50DCB18B" w14:textId="77777777" w:rsidR="009E7077" w:rsidRDefault="009E7077"/>
        </w:tc>
      </w:tr>
      <w:tr w:rsidR="007F06BA" w14:paraId="3A372D21" w14:textId="77777777" w:rsidTr="006611F3">
        <w:trPr>
          <w:trHeight w:val="541"/>
          <w:jc w:val="center"/>
        </w:trPr>
        <w:tc>
          <w:tcPr>
            <w:tcW w:w="1808" w:type="dxa"/>
          </w:tcPr>
          <w:p w14:paraId="7E418371" w14:textId="3A1FD9F5" w:rsidR="007F06BA" w:rsidRDefault="006B0656" w:rsidP="007F06BA">
            <w:pPr>
              <w:jc w:val="center"/>
            </w:pPr>
            <w:r>
              <w:t>05</w:t>
            </w:r>
            <w:r w:rsidR="007F06BA">
              <w:t>.</w:t>
            </w:r>
            <w:r>
              <w:t>01</w:t>
            </w:r>
            <w:r w:rsidR="007F06BA">
              <w:t>.20</w:t>
            </w:r>
            <w:r w:rsidR="001D3D14">
              <w:t>27</w:t>
            </w:r>
          </w:p>
        </w:tc>
        <w:tc>
          <w:tcPr>
            <w:tcW w:w="1843" w:type="dxa"/>
          </w:tcPr>
          <w:p w14:paraId="325C7A91" w14:textId="06739CB2" w:rsidR="007F06BA" w:rsidRDefault="000F6158" w:rsidP="007F06BA">
            <w:pPr>
              <w:jc w:val="center"/>
            </w:pPr>
            <w:r>
              <w:t>18:00–20:00</w:t>
            </w:r>
          </w:p>
        </w:tc>
        <w:tc>
          <w:tcPr>
            <w:tcW w:w="8358" w:type="dxa"/>
            <w:tcBorders>
              <w:right w:val="nil"/>
            </w:tcBorders>
          </w:tcPr>
          <w:p w14:paraId="6E290BC6" w14:textId="77777777" w:rsidR="007F06BA" w:rsidRDefault="007F06BA">
            <w:r>
              <w:t>1. hodina: Spolupracovníci: Jak a kde najít ty nejlepší</w:t>
            </w:r>
          </w:p>
          <w:p w14:paraId="20D6D18A" w14:textId="218BD148" w:rsidR="007F06BA" w:rsidRDefault="007F06BA">
            <w:r>
              <w:t>2. hodina: Spolupracovníci: Jak a kde najít ty nejlepší</w:t>
            </w:r>
          </w:p>
        </w:tc>
        <w:tc>
          <w:tcPr>
            <w:tcW w:w="1311" w:type="dxa"/>
            <w:tcBorders>
              <w:left w:val="nil"/>
            </w:tcBorders>
          </w:tcPr>
          <w:p w14:paraId="6C314BD5" w14:textId="77777777" w:rsidR="007F06BA" w:rsidRDefault="007F06BA"/>
        </w:tc>
      </w:tr>
    </w:tbl>
    <w:p w14:paraId="79F2B3E2" w14:textId="77777777" w:rsidR="00122DA4" w:rsidRDefault="00122DA4"/>
    <w:sectPr w:rsidR="00122DA4" w:rsidSect="00034616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3B6527"/>
    <w:multiLevelType w:val="hybridMultilevel"/>
    <w:tmpl w:val="CF904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022735">
    <w:abstractNumId w:val="8"/>
  </w:num>
  <w:num w:numId="2" w16cid:durableId="1100105687">
    <w:abstractNumId w:val="6"/>
  </w:num>
  <w:num w:numId="3" w16cid:durableId="1686440234">
    <w:abstractNumId w:val="5"/>
  </w:num>
  <w:num w:numId="4" w16cid:durableId="2108501658">
    <w:abstractNumId w:val="4"/>
  </w:num>
  <w:num w:numId="5" w16cid:durableId="792210636">
    <w:abstractNumId w:val="7"/>
  </w:num>
  <w:num w:numId="6" w16cid:durableId="196048238">
    <w:abstractNumId w:val="3"/>
  </w:num>
  <w:num w:numId="7" w16cid:durableId="948314465">
    <w:abstractNumId w:val="2"/>
  </w:num>
  <w:num w:numId="8" w16cid:durableId="1388995223">
    <w:abstractNumId w:val="1"/>
  </w:num>
  <w:num w:numId="9" w16cid:durableId="1872916252">
    <w:abstractNumId w:val="0"/>
  </w:num>
  <w:num w:numId="10" w16cid:durableId="12433696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5C0"/>
    <w:rsid w:val="00034616"/>
    <w:rsid w:val="0004494F"/>
    <w:rsid w:val="0005000D"/>
    <w:rsid w:val="0006063C"/>
    <w:rsid w:val="00090366"/>
    <w:rsid w:val="000C425D"/>
    <w:rsid w:val="000F6158"/>
    <w:rsid w:val="00122DA4"/>
    <w:rsid w:val="001261FB"/>
    <w:rsid w:val="00135AD1"/>
    <w:rsid w:val="0015074B"/>
    <w:rsid w:val="001C2B23"/>
    <w:rsid w:val="001C7423"/>
    <w:rsid w:val="001D0C15"/>
    <w:rsid w:val="001D3D14"/>
    <w:rsid w:val="001F235D"/>
    <w:rsid w:val="00235456"/>
    <w:rsid w:val="0029639D"/>
    <w:rsid w:val="002B20C1"/>
    <w:rsid w:val="002E3825"/>
    <w:rsid w:val="002F440D"/>
    <w:rsid w:val="003200F2"/>
    <w:rsid w:val="00321F55"/>
    <w:rsid w:val="00326F90"/>
    <w:rsid w:val="00355D5A"/>
    <w:rsid w:val="003817FF"/>
    <w:rsid w:val="003B660A"/>
    <w:rsid w:val="003C497B"/>
    <w:rsid w:val="00453624"/>
    <w:rsid w:val="0046421D"/>
    <w:rsid w:val="004C1A07"/>
    <w:rsid w:val="005030E3"/>
    <w:rsid w:val="0054765E"/>
    <w:rsid w:val="00556536"/>
    <w:rsid w:val="005A0780"/>
    <w:rsid w:val="005A6785"/>
    <w:rsid w:val="005C61C7"/>
    <w:rsid w:val="005D74DC"/>
    <w:rsid w:val="006611F3"/>
    <w:rsid w:val="0066218F"/>
    <w:rsid w:val="006B0656"/>
    <w:rsid w:val="00766C5D"/>
    <w:rsid w:val="00770031"/>
    <w:rsid w:val="007F06BA"/>
    <w:rsid w:val="00817153"/>
    <w:rsid w:val="00846F2F"/>
    <w:rsid w:val="008A0398"/>
    <w:rsid w:val="008D2792"/>
    <w:rsid w:val="00956F35"/>
    <w:rsid w:val="00993171"/>
    <w:rsid w:val="009A596D"/>
    <w:rsid w:val="009E7077"/>
    <w:rsid w:val="009F703C"/>
    <w:rsid w:val="00A26CC0"/>
    <w:rsid w:val="00A561A4"/>
    <w:rsid w:val="00A65FE9"/>
    <w:rsid w:val="00A92DB9"/>
    <w:rsid w:val="00AA1D8D"/>
    <w:rsid w:val="00AC771F"/>
    <w:rsid w:val="00B07423"/>
    <w:rsid w:val="00B33CE1"/>
    <w:rsid w:val="00B47730"/>
    <w:rsid w:val="00B679A9"/>
    <w:rsid w:val="00B71A2A"/>
    <w:rsid w:val="00B852B9"/>
    <w:rsid w:val="00BC0134"/>
    <w:rsid w:val="00C44724"/>
    <w:rsid w:val="00C54305"/>
    <w:rsid w:val="00CB0664"/>
    <w:rsid w:val="00CF0D8D"/>
    <w:rsid w:val="00CF3A6F"/>
    <w:rsid w:val="00D007A0"/>
    <w:rsid w:val="00D239FC"/>
    <w:rsid w:val="00D23C1A"/>
    <w:rsid w:val="00D25530"/>
    <w:rsid w:val="00DD6ECD"/>
    <w:rsid w:val="00E458F3"/>
    <w:rsid w:val="00E57D04"/>
    <w:rsid w:val="00E7298F"/>
    <w:rsid w:val="00EB3BDB"/>
    <w:rsid w:val="00FA2F06"/>
    <w:rsid w:val="00FA6735"/>
    <w:rsid w:val="00FB4D3B"/>
    <w:rsid w:val="00FC693F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F5C2E31-8F7A-41C2-97B1-32922DA7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Katarinská</dc:creator>
  <cp:keywords/>
  <dc:description>generated by python-docx</dc:description>
  <cp:lastModifiedBy>Zuzana Katarinská</cp:lastModifiedBy>
  <cp:revision>23</cp:revision>
  <dcterms:created xsi:type="dcterms:W3CDTF">2026-08-13T12:39:00Z</dcterms:created>
  <dcterms:modified xsi:type="dcterms:W3CDTF">2026-08-17T07:16:00Z</dcterms:modified>
  <cp:category/>
</cp:coreProperties>
</file>